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41E63" w14:textId="77777777" w:rsidR="00CF0C9E" w:rsidRDefault="00000000">
      <w:pPr>
        <w:jc w:val="center"/>
      </w:pPr>
      <w:r>
        <w:rPr>
          <w:b/>
          <w:sz w:val="32"/>
        </w:rPr>
        <w:t>Anmeldeformular – Mittelaltermarkt „Habermärt“ Filzbach GL</w:t>
      </w:r>
    </w:p>
    <w:p w14:paraId="6EAEB7BE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t>Veranstaltungsdatum:</w:t>
      </w:r>
    </w:p>
    <w:p w14:paraId="3FCBF6EC" w14:textId="093B05E8" w:rsidR="00CF0C9E" w:rsidRDefault="007D448F">
      <w:r>
        <w:t>25.06.2027 bis 27.06.</w:t>
      </w:r>
      <w:r w:rsidR="00000000">
        <w:t>2027</w:t>
      </w:r>
    </w:p>
    <w:p w14:paraId="0ECCA22A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t>Veranstaltungsort:</w:t>
      </w:r>
    </w:p>
    <w:p w14:paraId="5B75E459" w14:textId="77777777" w:rsidR="00CF0C9E" w:rsidRDefault="00000000">
      <w:proofErr w:type="spellStart"/>
      <w:r>
        <w:t>Filzbach</w:t>
      </w:r>
      <w:proofErr w:type="spellEnd"/>
      <w:r>
        <w:t xml:space="preserve"> GL, Schweiz</w:t>
      </w:r>
    </w:p>
    <w:p w14:paraId="16C34D80" w14:textId="0E69F7A4" w:rsidR="007D448F" w:rsidRDefault="007D448F">
      <w:proofErr w:type="spellStart"/>
      <w:r>
        <w:t>Talalpstrasse</w:t>
      </w:r>
      <w:proofErr w:type="spellEnd"/>
      <w:r>
        <w:t xml:space="preserve"> 15</w:t>
      </w:r>
    </w:p>
    <w:p w14:paraId="54C601EC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t>Angaben zur teilnehmenden Person / zum Standbetreiber</w:t>
      </w:r>
    </w:p>
    <w:p w14:paraId="4B44A189" w14:textId="77777777" w:rsidR="00CF0C9E" w:rsidRDefault="00000000">
      <w:r>
        <w:t>Name / Firma: ___________________________________________</w:t>
      </w:r>
    </w:p>
    <w:p w14:paraId="22F5E6B4" w14:textId="77777777" w:rsidR="00CF0C9E" w:rsidRDefault="00000000">
      <w:r>
        <w:t>Kontaktperson: ___________________________________________</w:t>
      </w:r>
    </w:p>
    <w:p w14:paraId="4EA04A60" w14:textId="77777777" w:rsidR="00CF0C9E" w:rsidRDefault="00000000">
      <w:r>
        <w:t>Adresse: _________________________________________________</w:t>
      </w:r>
    </w:p>
    <w:p w14:paraId="76522D8C" w14:textId="77777777" w:rsidR="00CF0C9E" w:rsidRDefault="00000000">
      <w:r>
        <w:t>PLZ / Ort: _______________________________________________</w:t>
      </w:r>
    </w:p>
    <w:p w14:paraId="49AA4A8C" w14:textId="77777777" w:rsidR="00CF0C9E" w:rsidRDefault="00000000">
      <w:r>
        <w:t>Telefon / Mobile: _________________________________________</w:t>
      </w:r>
    </w:p>
    <w:p w14:paraId="24FAABE9" w14:textId="77777777" w:rsidR="00CF0C9E" w:rsidRDefault="00000000">
      <w:r>
        <w:t>E-Mail: _________________________________________________</w:t>
      </w:r>
    </w:p>
    <w:p w14:paraId="3FA1D553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t>Standangaben</w:t>
      </w:r>
    </w:p>
    <w:p w14:paraId="3E819629" w14:textId="77777777" w:rsidR="00CF0C9E" w:rsidRDefault="00000000">
      <w:r>
        <w:t>Art des Standes (z. B. Handwerk, Verpflegung, Händler):</w:t>
      </w:r>
    </w:p>
    <w:p w14:paraId="0C6A87E7" w14:textId="77777777" w:rsidR="00CF0C9E" w:rsidRDefault="00000000">
      <w:r>
        <w:t>________________________________________________________</w:t>
      </w:r>
    </w:p>
    <w:p w14:paraId="6DEC56B2" w14:textId="77777777" w:rsidR="00CF0C9E" w:rsidRDefault="00000000">
      <w:r>
        <w:t>Grösse des Standes (in Metern):</w:t>
      </w:r>
    </w:p>
    <w:p w14:paraId="1EC6EA32" w14:textId="77777777" w:rsidR="00CF0C9E" w:rsidRDefault="00000000">
      <w:r>
        <w:t>Breite: ______ m    Tiefe: ______ m</w:t>
      </w:r>
    </w:p>
    <w:p w14:paraId="501339A2" w14:textId="77777777" w:rsidR="00CF0C9E" w:rsidRDefault="00000000">
      <w:r>
        <w:t>Benötigen Sie Stromanschluss?</w:t>
      </w:r>
    </w:p>
    <w:p w14:paraId="0C96E1E8" w14:textId="77777777" w:rsidR="00CF0C9E" w:rsidRDefault="00000000">
      <w:r>
        <w:t>☐ Ja        ☐ Nein</w:t>
      </w:r>
    </w:p>
    <w:p w14:paraId="136543E5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t>Besondere Wünsche oder Anmerkungen:</w:t>
      </w:r>
    </w:p>
    <w:p w14:paraId="2EEA6E07" w14:textId="77777777" w:rsidR="00CF0C9E" w:rsidRDefault="00000000">
      <w:r>
        <w:t>________________________________________________________</w:t>
      </w:r>
    </w:p>
    <w:p w14:paraId="728BC11B" w14:textId="77777777" w:rsidR="00CF0C9E" w:rsidRDefault="00000000">
      <w:r>
        <w:t>________________________________________________________</w:t>
      </w:r>
    </w:p>
    <w:p w14:paraId="606027E1" w14:textId="77777777" w:rsidR="007D448F" w:rsidRDefault="007D448F"/>
    <w:p w14:paraId="680E3322" w14:textId="77777777" w:rsidR="007D448F" w:rsidRDefault="007D448F"/>
    <w:p w14:paraId="767C1C58" w14:textId="77777777" w:rsidR="00CF0C9E" w:rsidRPr="007D448F" w:rsidRDefault="00000000">
      <w:pPr>
        <w:rPr>
          <w:b/>
          <w:bCs/>
        </w:rPr>
      </w:pPr>
      <w:r w:rsidRPr="007D448F">
        <w:rPr>
          <w:b/>
          <w:bCs/>
        </w:rPr>
        <w:lastRenderedPageBreak/>
        <w:t>Verbindlichkeit der Anmeldung</w:t>
      </w:r>
    </w:p>
    <w:p w14:paraId="12585FC5" w14:textId="77777777" w:rsidR="00CF0C9E" w:rsidRDefault="00000000">
      <w:r>
        <w:t>Mit der Einreichung dieses Formulars erklären Sie sich mit den Teilnahmebedingungen des Habermärt einverstanden.</w:t>
      </w:r>
    </w:p>
    <w:p w14:paraId="635ECF86" w14:textId="77777777" w:rsidR="00CF0C9E" w:rsidRDefault="00000000">
      <w:r>
        <w:t>Die Anmeldung ist verbindlich.</w:t>
      </w:r>
    </w:p>
    <w:p w14:paraId="474C220B" w14:textId="77777777" w:rsidR="00CF0C9E" w:rsidRDefault="00000000">
      <w:r>
        <w:t>Bei kurzfristiger Absage (weniger als 30 Tage vor Veranstaltungsbeginn) wird eine Busse von 200 CHF erhoben.</w:t>
      </w:r>
    </w:p>
    <w:p w14:paraId="4EC2DC15" w14:textId="77777777" w:rsidR="00CF0C9E" w:rsidRDefault="00000000">
      <w:r>
        <w:t>Ort, Datum: _________________________</w:t>
      </w:r>
    </w:p>
    <w:p w14:paraId="2481F489" w14:textId="77777777" w:rsidR="00CF0C9E" w:rsidRDefault="00000000">
      <w:r>
        <w:t>Unterschrift: _________________________</w:t>
      </w:r>
    </w:p>
    <w:p w14:paraId="288EFC9E" w14:textId="5419771F" w:rsidR="00CF0C9E" w:rsidRDefault="00000000">
      <w:proofErr w:type="spellStart"/>
      <w:r>
        <w:t>Kontakt</w:t>
      </w:r>
      <w:proofErr w:type="spellEnd"/>
      <w:r>
        <w:t xml:space="preserve"> &amp; </w:t>
      </w:r>
      <w:proofErr w:type="spellStart"/>
      <w:r>
        <w:t>Einsendung</w:t>
      </w:r>
      <w:proofErr w:type="spellEnd"/>
      <w:r>
        <w:t>:</w:t>
      </w:r>
    </w:p>
    <w:p w14:paraId="107E12DE" w14:textId="77777777" w:rsidR="00CF0C9E" w:rsidRDefault="00000000">
      <w:r>
        <w:t>Habermärt Filzbach GL</w:t>
      </w:r>
    </w:p>
    <w:p w14:paraId="4FA67D7A" w14:textId="77777777" w:rsidR="00CF0C9E" w:rsidRDefault="00000000">
      <w:r>
        <w:t>E-Mail: habermaert@outlook.com</w:t>
      </w:r>
    </w:p>
    <w:p w14:paraId="41289F51" w14:textId="6FFBC364" w:rsidR="00CF0C9E" w:rsidRDefault="00CF0C9E"/>
    <w:sectPr w:rsidR="00CF0C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4019972">
    <w:abstractNumId w:val="8"/>
  </w:num>
  <w:num w:numId="2" w16cid:durableId="256449517">
    <w:abstractNumId w:val="6"/>
  </w:num>
  <w:num w:numId="3" w16cid:durableId="1051729137">
    <w:abstractNumId w:val="5"/>
  </w:num>
  <w:num w:numId="4" w16cid:durableId="2078237067">
    <w:abstractNumId w:val="4"/>
  </w:num>
  <w:num w:numId="5" w16cid:durableId="1601983741">
    <w:abstractNumId w:val="7"/>
  </w:num>
  <w:num w:numId="6" w16cid:durableId="217741527">
    <w:abstractNumId w:val="3"/>
  </w:num>
  <w:num w:numId="7" w16cid:durableId="1596786852">
    <w:abstractNumId w:val="2"/>
  </w:num>
  <w:num w:numId="8" w16cid:durableId="1785347043">
    <w:abstractNumId w:val="1"/>
  </w:num>
  <w:num w:numId="9" w16cid:durableId="209377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D448F"/>
    <w:rsid w:val="00AA1D8D"/>
    <w:rsid w:val="00B47730"/>
    <w:rsid w:val="00CB0664"/>
    <w:rsid w:val="00CF0C9E"/>
    <w:rsid w:val="00ED3D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B0DB881"/>
  <w14:defaultImageDpi w14:val="300"/>
  <w15:docId w15:val="{CE0201D0-1CEC-40AE-ACA1-FFB3909C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Maeder Isabel BZGS-FABBV1a_2024</cp:lastModifiedBy>
  <cp:revision>2</cp:revision>
  <dcterms:created xsi:type="dcterms:W3CDTF">2026-08-24T07:09:00Z</dcterms:created>
  <dcterms:modified xsi:type="dcterms:W3CDTF">2026-08-24T07:09:00Z</dcterms:modified>
  <cp:category/>
</cp:coreProperties>
</file>